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8915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mmer mission 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15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